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285E2" w14:textId="77777777" w:rsidR="00112DAF" w:rsidRDefault="00000000" w:rsidP="00FF4494">
      <w:pPr>
        <w:spacing w:after="0" w:line="240" w:lineRule="auto"/>
        <w:jc w:val="center"/>
      </w:pPr>
      <w:r>
        <w:rPr>
          <w:rFonts w:ascii="Times New Roman" w:hAnsi="Times New Roman"/>
          <w:b/>
          <w:sz w:val="36"/>
        </w:rPr>
        <w:t>&lt;&lt;TITLE OF THE MANUSCRIPT&gt;&gt;</w:t>
      </w:r>
    </w:p>
    <w:p w14:paraId="1D671D8C" w14:textId="77777777" w:rsidR="00112DAF" w:rsidRDefault="00000000" w:rsidP="00FF4494">
      <w:pPr>
        <w:spacing w:after="0" w:line="240" w:lineRule="auto"/>
        <w:jc w:val="center"/>
      </w:pPr>
      <w:r>
        <w:br/>
        <w:t>&lt;&lt;AUTHOR NAMES&gt;&gt;</w:t>
      </w:r>
      <w:r>
        <w:br/>
        <w:t>Affiliations: &lt;&lt;AFFILIATIONS&gt;&gt;</w:t>
      </w:r>
    </w:p>
    <w:p w14:paraId="77BB211F" w14:textId="658BA71C" w:rsidR="00386A34" w:rsidRDefault="00386A34" w:rsidP="00FF4494">
      <w:pPr>
        <w:spacing w:after="0" w:line="240" w:lineRule="auto"/>
        <w:jc w:val="center"/>
      </w:pPr>
      <w:r>
        <w:t>O</w:t>
      </w:r>
      <w:r w:rsidR="00512894">
        <w:t>R</w:t>
      </w:r>
      <w:r>
        <w:t xml:space="preserve">CID ID: </w:t>
      </w:r>
      <w:r>
        <w:t>&lt;&lt;</w:t>
      </w:r>
      <w:r>
        <w:t>ORCID ID</w:t>
      </w:r>
      <w:r>
        <w:t>&gt;&gt;</w:t>
      </w:r>
    </w:p>
    <w:p w14:paraId="120C9D6C" w14:textId="44FA37B8" w:rsidR="0064682D" w:rsidRDefault="0064682D" w:rsidP="00FF4494">
      <w:pPr>
        <w:spacing w:after="0" w:line="240" w:lineRule="auto"/>
        <w:jc w:val="center"/>
      </w:pPr>
      <w:r>
        <w:t>EMAIL ID</w:t>
      </w:r>
      <w:r>
        <w:t>: &lt;&lt;</w:t>
      </w:r>
      <w:r>
        <w:t>EMAILS</w:t>
      </w:r>
      <w:r>
        <w:t>&gt;&gt;</w:t>
      </w:r>
    </w:p>
    <w:p w14:paraId="17E553D0" w14:textId="77777777" w:rsidR="00112DAF" w:rsidRDefault="00000000" w:rsidP="00FF4494">
      <w:pPr>
        <w:pStyle w:val="Heading1"/>
        <w:spacing w:before="0" w:line="240" w:lineRule="auto"/>
      </w:pPr>
      <w:r>
        <w:t>Abstract</w:t>
      </w:r>
    </w:p>
    <w:p w14:paraId="53CCFEC5" w14:textId="77777777" w:rsidR="00112DAF" w:rsidRDefault="00000000" w:rsidP="00FF4494">
      <w:pPr>
        <w:spacing w:after="0" w:line="240" w:lineRule="auto"/>
      </w:pPr>
      <w:r>
        <w:t>&lt;&lt;Write your abstract here (150–250 words)&gt;&gt;</w:t>
      </w:r>
    </w:p>
    <w:p w14:paraId="7B9CAF86" w14:textId="77777777" w:rsidR="00723F70" w:rsidRDefault="00723F70" w:rsidP="00FF4494">
      <w:pPr>
        <w:pStyle w:val="Heading1"/>
        <w:spacing w:before="0" w:line="240" w:lineRule="auto"/>
      </w:pPr>
    </w:p>
    <w:p w14:paraId="7A56ABD9" w14:textId="7E7C24CC" w:rsidR="00112DAF" w:rsidRDefault="00000000" w:rsidP="00FF4494">
      <w:pPr>
        <w:pStyle w:val="Heading1"/>
        <w:spacing w:before="0" w:line="240" w:lineRule="auto"/>
      </w:pPr>
      <w:r>
        <w:t>Keywords</w:t>
      </w:r>
    </w:p>
    <w:p w14:paraId="6A0B8D54" w14:textId="77777777" w:rsidR="00112DAF" w:rsidRDefault="00000000" w:rsidP="00FF4494">
      <w:pPr>
        <w:spacing w:after="0" w:line="240" w:lineRule="auto"/>
      </w:pPr>
      <w:r>
        <w:t>&lt;&lt;Enter 4–6 keywords&gt;&gt;</w:t>
      </w:r>
    </w:p>
    <w:p w14:paraId="2C26D20E" w14:textId="77777777" w:rsidR="00723F70" w:rsidRDefault="00723F70" w:rsidP="00FF4494">
      <w:pPr>
        <w:pStyle w:val="Heading1"/>
        <w:spacing w:before="0" w:line="240" w:lineRule="auto"/>
      </w:pPr>
    </w:p>
    <w:p w14:paraId="71F14D26" w14:textId="4506ACFA" w:rsidR="00AB7D95" w:rsidRDefault="00AB7D95" w:rsidP="00FF4494">
      <w:pPr>
        <w:pStyle w:val="Heading1"/>
        <w:spacing w:before="0" w:line="240" w:lineRule="auto"/>
      </w:pPr>
      <w:r>
        <w:t>1. Introduction</w:t>
      </w:r>
    </w:p>
    <w:p w14:paraId="5129A40A" w14:textId="77777777" w:rsidR="00AB7D95" w:rsidRDefault="00AB7D95" w:rsidP="00FF4494">
      <w:pPr>
        <w:spacing w:after="0" w:line="240" w:lineRule="auto"/>
      </w:pPr>
      <w:r>
        <w:t>&lt;&lt;Write your introduction here&gt;&gt;</w:t>
      </w:r>
    </w:p>
    <w:p w14:paraId="2848CAB2" w14:textId="77777777" w:rsidR="00723F70" w:rsidRDefault="00723F70" w:rsidP="00FF4494">
      <w:pPr>
        <w:pStyle w:val="Heading1"/>
        <w:spacing w:before="0" w:line="240" w:lineRule="auto"/>
      </w:pPr>
    </w:p>
    <w:p w14:paraId="4586E993" w14:textId="685537C1" w:rsidR="00AB7D95" w:rsidRDefault="00AB7D95" w:rsidP="00FF4494">
      <w:pPr>
        <w:pStyle w:val="Heading1"/>
        <w:spacing w:before="0" w:line="240" w:lineRule="auto"/>
      </w:pPr>
      <w:r>
        <w:t>2. Literature Review (for research/review papers)</w:t>
      </w:r>
    </w:p>
    <w:p w14:paraId="63BB935A" w14:textId="77777777" w:rsidR="00AB7D95" w:rsidRDefault="00AB7D95" w:rsidP="00FF4494">
      <w:pPr>
        <w:spacing w:after="0" w:line="240" w:lineRule="auto"/>
      </w:pPr>
      <w:r>
        <w:t>&lt;&lt;Summarize relevant literature here&gt;&gt;</w:t>
      </w:r>
    </w:p>
    <w:p w14:paraId="6735F63C" w14:textId="77777777" w:rsidR="00723F70" w:rsidRDefault="00723F70" w:rsidP="00FF4494">
      <w:pPr>
        <w:pStyle w:val="Heading1"/>
        <w:spacing w:before="0" w:line="240" w:lineRule="auto"/>
      </w:pPr>
    </w:p>
    <w:p w14:paraId="2E10D391" w14:textId="0B94D181" w:rsidR="00AB7D95" w:rsidRDefault="00AB7D95" w:rsidP="00FF4494">
      <w:pPr>
        <w:pStyle w:val="Heading1"/>
        <w:spacing w:before="0" w:line="240" w:lineRule="auto"/>
      </w:pPr>
      <w:r>
        <w:t>3. Methodology / Materials &amp; Methods</w:t>
      </w:r>
    </w:p>
    <w:p w14:paraId="56911C6B" w14:textId="77777777" w:rsidR="00AB7D95" w:rsidRDefault="00AB7D95" w:rsidP="00FF4494">
      <w:pPr>
        <w:spacing w:after="0" w:line="240" w:lineRule="auto"/>
      </w:pPr>
      <w:r>
        <w:t>&lt;&lt;Write your methodology or materials &amp; methods here&gt;&gt;</w:t>
      </w:r>
    </w:p>
    <w:p w14:paraId="1AA85178" w14:textId="77777777" w:rsidR="00723F70" w:rsidRDefault="00723F70" w:rsidP="00FF4494">
      <w:pPr>
        <w:pStyle w:val="Heading1"/>
        <w:spacing w:before="0" w:line="240" w:lineRule="auto"/>
      </w:pPr>
    </w:p>
    <w:p w14:paraId="17FC1E4C" w14:textId="30A3E581" w:rsidR="00AB7D95" w:rsidRDefault="00AB7D95" w:rsidP="00FF4494">
      <w:pPr>
        <w:pStyle w:val="Heading1"/>
        <w:spacing w:before="0" w:line="240" w:lineRule="auto"/>
      </w:pPr>
      <w:r>
        <w:t>4. Results and Discussion</w:t>
      </w:r>
    </w:p>
    <w:p w14:paraId="3E2312E4" w14:textId="77777777" w:rsidR="00AB7D95" w:rsidRDefault="00AB7D95" w:rsidP="00FF4494">
      <w:pPr>
        <w:spacing w:after="0" w:line="240" w:lineRule="auto"/>
      </w:pPr>
      <w:r>
        <w:t>&lt;&lt;Write your results and discussion here&gt;&gt;</w:t>
      </w:r>
    </w:p>
    <w:p w14:paraId="25B8FDFA" w14:textId="77777777" w:rsidR="00723F70" w:rsidRDefault="00723F70" w:rsidP="00FF4494">
      <w:pPr>
        <w:pStyle w:val="Heading1"/>
        <w:spacing w:before="0" w:line="240" w:lineRule="auto"/>
      </w:pPr>
    </w:p>
    <w:p w14:paraId="62988107" w14:textId="464A26A2" w:rsidR="00AB7D95" w:rsidRDefault="00AB7D95" w:rsidP="00FF4494">
      <w:pPr>
        <w:pStyle w:val="Heading1"/>
        <w:spacing w:before="0" w:line="240" w:lineRule="auto"/>
      </w:pPr>
      <w:r>
        <w:t>5. Conclusion</w:t>
      </w:r>
    </w:p>
    <w:p w14:paraId="0F9ADF55" w14:textId="77777777" w:rsidR="00AB7D95" w:rsidRDefault="00AB7D95" w:rsidP="00FF4494">
      <w:pPr>
        <w:spacing w:after="0" w:line="240" w:lineRule="auto"/>
      </w:pPr>
      <w:r>
        <w:t>&lt;&lt;Summarize your findings and implications&gt;&gt;</w:t>
      </w:r>
    </w:p>
    <w:p w14:paraId="676C048A" w14:textId="77777777" w:rsidR="00723F70" w:rsidRDefault="00723F70" w:rsidP="00FF4494">
      <w:pPr>
        <w:pStyle w:val="Heading1"/>
        <w:spacing w:before="0" w:line="240" w:lineRule="auto"/>
      </w:pPr>
    </w:p>
    <w:p w14:paraId="43768809" w14:textId="44F43397" w:rsidR="00AB7D95" w:rsidRDefault="00AB7D95" w:rsidP="00FF4494">
      <w:pPr>
        <w:pStyle w:val="Heading1"/>
        <w:spacing w:before="0" w:line="240" w:lineRule="auto"/>
      </w:pPr>
      <w:r>
        <w:t>6. Acknowledgement (if any)</w:t>
      </w:r>
    </w:p>
    <w:p w14:paraId="354D980A" w14:textId="77777777" w:rsidR="00AB7D95" w:rsidRDefault="00AB7D95" w:rsidP="00FF4494">
      <w:pPr>
        <w:spacing w:after="0" w:line="240" w:lineRule="auto"/>
      </w:pPr>
      <w:r>
        <w:t>&lt;&lt;Acknowledge funding, support, or contributors&gt;&gt;</w:t>
      </w:r>
    </w:p>
    <w:p w14:paraId="0ECA1E03" w14:textId="77777777" w:rsidR="000D0941" w:rsidRDefault="000D0941" w:rsidP="00FF4494">
      <w:pPr>
        <w:pStyle w:val="Heading1"/>
        <w:spacing w:before="0" w:line="240" w:lineRule="auto"/>
      </w:pPr>
    </w:p>
    <w:p w14:paraId="7CCE7825" w14:textId="29BB3AC3" w:rsidR="00AB7D95" w:rsidRDefault="00AB7D95" w:rsidP="00FF4494">
      <w:pPr>
        <w:pStyle w:val="Heading1"/>
        <w:spacing w:before="0" w:line="240" w:lineRule="auto"/>
      </w:pPr>
      <w:r>
        <w:t>References</w:t>
      </w:r>
    </w:p>
    <w:p w14:paraId="17E40C58" w14:textId="77777777" w:rsidR="00AB7D95" w:rsidRDefault="00AB7D95" w:rsidP="00FF4494">
      <w:pPr>
        <w:spacing w:after="0" w:line="240" w:lineRule="auto"/>
      </w:pPr>
      <w:r>
        <w:t>&lt;&lt;Write your references here in Vancouver style&gt;&gt;</w:t>
      </w:r>
    </w:p>
    <w:p w14:paraId="22BA4AD6" w14:textId="77777777" w:rsidR="00AB7D95" w:rsidRDefault="00AB7D95" w:rsidP="00FF4494">
      <w:pPr>
        <w:spacing w:after="0" w:line="240" w:lineRule="auto"/>
      </w:pPr>
      <w:r>
        <w:br/>
        <w:t>Note: Please enable continuous line numbering in MS Word (Layout &gt; Line Numbers &gt; Continuous).</w:t>
      </w:r>
    </w:p>
    <w:p w14:paraId="56AFC4AA" w14:textId="5C1D7A7F" w:rsidR="00112DAF" w:rsidRDefault="00112DAF" w:rsidP="00FF4494">
      <w:pPr>
        <w:pStyle w:val="Heading1"/>
        <w:spacing w:before="0" w:line="240" w:lineRule="auto"/>
      </w:pPr>
    </w:p>
    <w:sectPr w:rsidR="00112DA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05010667">
    <w:abstractNumId w:val="8"/>
  </w:num>
  <w:num w:numId="2" w16cid:durableId="1454135087">
    <w:abstractNumId w:val="6"/>
  </w:num>
  <w:num w:numId="3" w16cid:durableId="2060594006">
    <w:abstractNumId w:val="5"/>
  </w:num>
  <w:num w:numId="4" w16cid:durableId="1527401261">
    <w:abstractNumId w:val="4"/>
  </w:num>
  <w:num w:numId="5" w16cid:durableId="174929186">
    <w:abstractNumId w:val="7"/>
  </w:num>
  <w:num w:numId="6" w16cid:durableId="1870684375">
    <w:abstractNumId w:val="3"/>
  </w:num>
  <w:num w:numId="7" w16cid:durableId="1910339247">
    <w:abstractNumId w:val="2"/>
  </w:num>
  <w:num w:numId="8" w16cid:durableId="1102609487">
    <w:abstractNumId w:val="1"/>
  </w:num>
  <w:num w:numId="9" w16cid:durableId="80400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9247F"/>
    <w:rsid w:val="000D0941"/>
    <w:rsid w:val="00112DAF"/>
    <w:rsid w:val="0015074B"/>
    <w:rsid w:val="0022457D"/>
    <w:rsid w:val="00237CCC"/>
    <w:rsid w:val="0029639D"/>
    <w:rsid w:val="00326F90"/>
    <w:rsid w:val="00386A34"/>
    <w:rsid w:val="004737F8"/>
    <w:rsid w:val="00512894"/>
    <w:rsid w:val="005B4D28"/>
    <w:rsid w:val="0064682D"/>
    <w:rsid w:val="006E4776"/>
    <w:rsid w:val="00723F70"/>
    <w:rsid w:val="00790D21"/>
    <w:rsid w:val="007E6C4A"/>
    <w:rsid w:val="00866750"/>
    <w:rsid w:val="00AA1D8D"/>
    <w:rsid w:val="00AB7D95"/>
    <w:rsid w:val="00B47730"/>
    <w:rsid w:val="00CB0664"/>
    <w:rsid w:val="00D33D17"/>
    <w:rsid w:val="00DD57A7"/>
    <w:rsid w:val="00FC693F"/>
    <w:rsid w:val="00FF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34544B"/>
  <w14:defaultImageDpi w14:val="300"/>
  <w15:docId w15:val="{CE54DD29-C777-403D-B709-216596335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701</Characters>
  <Application>Microsoft Office Word</Application>
  <DocSecurity>0</DocSecurity>
  <Lines>36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dilbag singh</cp:lastModifiedBy>
  <cp:revision>24</cp:revision>
  <dcterms:created xsi:type="dcterms:W3CDTF">2013-12-23T23:15:00Z</dcterms:created>
  <dcterms:modified xsi:type="dcterms:W3CDTF">2025-09-08T17:25:00Z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b4878a1c-4268-4a9d-ae7e-5f0987b60e39</vt:lpwstr>
  </property>
</Properties>
</file>